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C0303A" w14:textId="034666C9" w:rsidR="00232B2F" w:rsidRDefault="00000000" w:rsidP="00894896">
      <w:pPr>
        <w:jc w:val="center"/>
      </w:pPr>
      <w:r>
        <w:rPr>
          <w:b/>
          <w:sz w:val="32"/>
        </w:rPr>
        <w:t>Friends of the El Rito Volunteer Fire Department</w:t>
      </w:r>
    </w:p>
    <w:p w14:paraId="7006FB22" w14:textId="77777777" w:rsidR="00232B2F" w:rsidRDefault="00000000">
      <w:pPr>
        <w:jc w:val="center"/>
      </w:pPr>
      <w:r>
        <w:rPr>
          <w:b/>
          <w:sz w:val="24"/>
        </w:rPr>
        <w:t>Board &amp; Community Meeting Minutes</w:t>
      </w:r>
    </w:p>
    <w:p w14:paraId="56DD2DED" w14:textId="77777777" w:rsidR="00232B2F" w:rsidRDefault="00000000">
      <w:pPr>
        <w:jc w:val="center"/>
      </w:pPr>
      <w:r>
        <w:t>September 3, 2026 • 6:00 PM • El Rito Firehouse</w:t>
      </w:r>
    </w:p>
    <w:p w14:paraId="7E37D08F" w14:textId="77777777" w:rsidR="00232B2F" w:rsidRDefault="00232B2F"/>
    <w:p w14:paraId="3E48FAA1" w14:textId="50CD8125" w:rsidR="00232B2F" w:rsidRDefault="00000000">
      <w:pPr>
        <w:spacing w:before="140" w:after="60"/>
      </w:pPr>
      <w:r>
        <w:rPr>
          <w:b/>
          <w:sz w:val="23"/>
        </w:rPr>
        <w:t>Call to Order</w:t>
      </w:r>
    </w:p>
    <w:p w14:paraId="10C3D5EC" w14:textId="77777777" w:rsidR="00232B2F" w:rsidRDefault="00000000">
      <w:r>
        <w:t>The meeting was called to order at 6:02 PM. Board members were welcomed and introduced, and Fire Chief Marcos Garcia was introduced.</w:t>
      </w:r>
    </w:p>
    <w:p w14:paraId="43F273A2" w14:textId="2521BD08" w:rsidR="00232B2F" w:rsidRDefault="00000000">
      <w:pPr>
        <w:spacing w:before="140" w:after="60"/>
      </w:pPr>
      <w:r>
        <w:rPr>
          <w:b/>
          <w:sz w:val="23"/>
        </w:rPr>
        <w:t>Attendance</w:t>
      </w:r>
      <w:r w:rsidR="00BB1437">
        <w:rPr>
          <w:b/>
          <w:sz w:val="23"/>
        </w:rPr>
        <w:t>/Establishment of Quorum</w:t>
      </w:r>
    </w:p>
    <w:p w14:paraId="474AF0D5" w14:textId="77777777" w:rsidR="00232B2F" w:rsidRDefault="00000000">
      <w:pPr>
        <w:spacing w:after="60"/>
      </w:pPr>
      <w:r>
        <w:rPr>
          <w:b/>
        </w:rPr>
        <w:t xml:space="preserve">Board Members Present: </w:t>
      </w:r>
      <w:r>
        <w:t>Jason Jaffee, Diana Jaffee, Mike Martin, Bill Thornton, and Shawn Madrid.</w:t>
      </w:r>
    </w:p>
    <w:p w14:paraId="2105F332" w14:textId="77777777" w:rsidR="00232B2F" w:rsidRDefault="00000000">
      <w:r>
        <w:rPr>
          <w:b/>
        </w:rPr>
        <w:t xml:space="preserve">Also Present: </w:t>
      </w:r>
      <w:r>
        <w:t>Fire Chief Marcos Garcia, six additional El Rito VFD members, and five community members. A complete record of attendees is maintained on the meeting sign-in sheet.</w:t>
      </w:r>
    </w:p>
    <w:p w14:paraId="7C4F9A81" w14:textId="405D211A" w:rsidR="00232B2F" w:rsidRDefault="00000000">
      <w:pPr>
        <w:spacing w:before="140" w:after="60"/>
      </w:pPr>
      <w:r>
        <w:rPr>
          <w:b/>
          <w:sz w:val="23"/>
        </w:rPr>
        <w:t>Approval of Agenda</w:t>
      </w:r>
    </w:p>
    <w:p w14:paraId="14E742CC" w14:textId="77777777" w:rsidR="00232B2F" w:rsidRDefault="00000000">
      <w:r>
        <w:t>Mike Martin moved to approve the agenda as presented. The motion carried.</w:t>
      </w:r>
    </w:p>
    <w:p w14:paraId="06FA5039" w14:textId="16D3497B" w:rsidR="00232B2F" w:rsidRDefault="00000000">
      <w:pPr>
        <w:spacing w:before="140" w:after="60"/>
      </w:pPr>
      <w:r>
        <w:rPr>
          <w:b/>
          <w:sz w:val="23"/>
        </w:rPr>
        <w:t>Approval of Previous Meeting Minutes</w:t>
      </w:r>
    </w:p>
    <w:p w14:paraId="4BE45274" w14:textId="77777777" w:rsidR="00232B2F" w:rsidRDefault="00000000">
      <w:r>
        <w:t>The minutes of the August 17, 2026 meeting were approved.</w:t>
      </w:r>
    </w:p>
    <w:p w14:paraId="113C0B61" w14:textId="2E93376E" w:rsidR="00232B2F" w:rsidRDefault="00000000">
      <w:pPr>
        <w:spacing w:before="140" w:after="60"/>
      </w:pPr>
      <w:r>
        <w:rPr>
          <w:b/>
          <w:sz w:val="23"/>
        </w:rPr>
        <w:t>President’s/Treasurer’s Report</w:t>
      </w:r>
    </w:p>
    <w:p w14:paraId="478D368B" w14:textId="77777777" w:rsidR="00232B2F" w:rsidRDefault="00000000">
      <w:r>
        <w:t>The President/Treasurer provided an update on the organization’s 501(c)(3) status, finances, organizational expenses, and recent donations.</w:t>
      </w:r>
    </w:p>
    <w:p w14:paraId="0F725614" w14:textId="3B343195" w:rsidR="00232B2F" w:rsidRDefault="00000000">
      <w:pPr>
        <w:spacing w:before="140" w:after="60"/>
      </w:pPr>
      <w:r>
        <w:rPr>
          <w:b/>
          <w:sz w:val="23"/>
        </w:rPr>
        <w:t>Fire Department Update &amp; Needs</w:t>
      </w:r>
    </w:p>
    <w:p w14:paraId="305D001A" w14:textId="77777777" w:rsidR="00232B2F" w:rsidRDefault="00000000" w:rsidP="00BB1437">
      <w:pPr>
        <w:pStyle w:val="ListParagraph"/>
        <w:numPr>
          <w:ilvl w:val="0"/>
          <w:numId w:val="10"/>
        </w:numPr>
      </w:pPr>
      <w:r>
        <w:t>Fire Chief Marcos Garcia thanked the Friends organization for its support and provided an overview of the department’s current priorities and needs.</w:t>
      </w:r>
    </w:p>
    <w:p w14:paraId="7AD9C02E" w14:textId="77777777" w:rsidR="00232B2F" w:rsidRDefault="00000000" w:rsidP="00BB1437">
      <w:pPr>
        <w:pStyle w:val="ListParagraph"/>
        <w:numPr>
          <w:ilvl w:val="0"/>
          <w:numId w:val="10"/>
        </w:numPr>
      </w:pPr>
      <w:r>
        <w:t>The recently funded extrication equipment, including a ram and jaws, was discussed. Additional priorities include updated radios, personal protective equipment (PPE), vehicle maintenance, recruitment and staffing, and future apparatus replacement.</w:t>
      </w:r>
    </w:p>
    <w:p w14:paraId="0EAEA3A5" w14:textId="77777777" w:rsidR="00232B2F" w:rsidRDefault="00000000" w:rsidP="00BB1437">
      <w:pPr>
        <w:pStyle w:val="ListParagraph"/>
        <w:numPr>
          <w:ilvl w:val="0"/>
          <w:numId w:val="10"/>
        </w:numPr>
      </w:pPr>
      <w:r>
        <w:t>Chief Garcia discussed the challenges of funding major equipment and apparatus purchases through the department’s annual budget and state grant programs. He noted that the department continues to pursue available grant and other funding opportunities. Potential alternative funding sources, including low-interest loan programs, were also discussed.</w:t>
      </w:r>
    </w:p>
    <w:p w14:paraId="5CC898E0" w14:textId="77777777" w:rsidR="00232B2F" w:rsidRDefault="00000000" w:rsidP="00BB1437">
      <w:pPr>
        <w:pStyle w:val="ListParagraph"/>
        <w:numPr>
          <w:ilvl w:val="0"/>
          <w:numId w:val="10"/>
        </w:numPr>
      </w:pPr>
      <w:r>
        <w:t>The department’s 13-year-old medic unit is seeing significant use due to the increasing number of medical calls. Future vehicle needs include replacement apparatus and a possible command vehicle.</w:t>
      </w:r>
    </w:p>
    <w:p w14:paraId="169DC276" w14:textId="77777777" w:rsidR="00232B2F" w:rsidRDefault="00000000" w:rsidP="00BB1437">
      <w:pPr>
        <w:pStyle w:val="ListParagraph"/>
        <w:numPr>
          <w:ilvl w:val="0"/>
          <w:numId w:val="10"/>
        </w:numPr>
      </w:pPr>
      <w:r>
        <w:t>Chief Garcia emphasized that the Friends organization can play an important role in helping the department address needs that cannot readily be met through its regular operating budget and government funding.</w:t>
      </w:r>
    </w:p>
    <w:p w14:paraId="3D39F0B9" w14:textId="03A88619" w:rsidR="00232B2F" w:rsidRDefault="00000000">
      <w:pPr>
        <w:spacing w:before="140" w:after="60"/>
      </w:pPr>
      <w:r>
        <w:rPr>
          <w:b/>
          <w:sz w:val="23"/>
        </w:rPr>
        <w:t>Friends Organization Update</w:t>
      </w:r>
    </w:p>
    <w:p w14:paraId="72D4CA76" w14:textId="77777777" w:rsidR="00232B2F" w:rsidRDefault="00000000" w:rsidP="00BB1437">
      <w:pPr>
        <w:pStyle w:val="ListParagraph"/>
        <w:numPr>
          <w:ilvl w:val="0"/>
          <w:numId w:val="11"/>
        </w:numPr>
      </w:pPr>
      <w:r>
        <w:t>Updates were provided on the Friends website, fundraising efforts, and community outreach.</w:t>
      </w:r>
    </w:p>
    <w:p w14:paraId="6868083A" w14:textId="77777777" w:rsidR="00232B2F" w:rsidRDefault="00000000" w:rsidP="00BB1437">
      <w:pPr>
        <w:pStyle w:val="ListParagraph"/>
        <w:numPr>
          <w:ilvl w:val="0"/>
          <w:numId w:val="11"/>
        </w:numPr>
      </w:pPr>
      <w:r>
        <w:t>A donation of approximately $35,000, coordinated by Jack Edwards, was acknowledged. The donation will support the department’s equipment needs.</w:t>
      </w:r>
    </w:p>
    <w:p w14:paraId="7A10808B" w14:textId="77777777" w:rsidR="00232B2F" w:rsidRDefault="00000000" w:rsidP="00BB1437">
      <w:pPr>
        <w:pStyle w:val="ListParagraph"/>
        <w:numPr>
          <w:ilvl w:val="0"/>
          <w:numId w:val="11"/>
        </w:numPr>
      </w:pPr>
      <w:r>
        <w:t>Potential fundraising opportunities and grant applications were discussed, including the need to plan for matching-fund requirements when applicable.</w:t>
      </w:r>
    </w:p>
    <w:p w14:paraId="66204EC7" w14:textId="77777777" w:rsidR="00232B2F" w:rsidRDefault="00000000" w:rsidP="00BB1437">
      <w:pPr>
        <w:pStyle w:val="ListParagraph"/>
        <w:numPr>
          <w:ilvl w:val="0"/>
          <w:numId w:val="11"/>
        </w:numPr>
      </w:pPr>
      <w:r>
        <w:lastRenderedPageBreak/>
        <w:t>A community safety initiative was proposed in which residents could bring fire extinguishers to the firehouse for inspection or checking.</w:t>
      </w:r>
    </w:p>
    <w:p w14:paraId="007B12EC" w14:textId="17655E65" w:rsidR="00232B2F" w:rsidRDefault="00000000">
      <w:pPr>
        <w:spacing w:before="140" w:after="60"/>
      </w:pPr>
      <w:r>
        <w:rPr>
          <w:b/>
          <w:sz w:val="23"/>
        </w:rPr>
        <w:t>Committees &amp; Community Participation</w:t>
      </w:r>
    </w:p>
    <w:p w14:paraId="0C91870F" w14:textId="77777777" w:rsidR="00232B2F" w:rsidRDefault="00000000" w:rsidP="00BB1437">
      <w:pPr>
        <w:pStyle w:val="ListParagraph"/>
        <w:numPr>
          <w:ilvl w:val="0"/>
          <w:numId w:val="12"/>
        </w:numPr>
      </w:pPr>
      <w:r>
        <w:t>The group discussed forming committees that would include community volunteers along with at least one Board member. Fundraising, outreach, and safety activities were discussed as potential committee areas.</w:t>
      </w:r>
    </w:p>
    <w:p w14:paraId="45F6FB14" w14:textId="77777777" w:rsidR="00232B2F" w:rsidRDefault="00000000" w:rsidP="00BB1437">
      <w:pPr>
        <w:pStyle w:val="ListParagraph"/>
        <w:numPr>
          <w:ilvl w:val="0"/>
          <w:numId w:val="12"/>
        </w:numPr>
      </w:pPr>
      <w:r>
        <w:t>Ideas for community events and activities were discussed, including a fall community event, firefighter appreciation activities, and opportunities for department demonstrations. Details will be developed further by the appropriate committee.</w:t>
      </w:r>
    </w:p>
    <w:p w14:paraId="2F0B0F30" w14:textId="5328CA39" w:rsidR="00232B2F" w:rsidRDefault="00000000">
      <w:pPr>
        <w:spacing w:before="140" w:after="60"/>
      </w:pPr>
      <w:r>
        <w:rPr>
          <w:b/>
          <w:sz w:val="23"/>
        </w:rPr>
        <w:t>New Business / Community Comments</w:t>
      </w:r>
    </w:p>
    <w:p w14:paraId="5652694C" w14:textId="77777777" w:rsidR="00232B2F" w:rsidRDefault="00000000" w:rsidP="00BB1437">
      <w:pPr>
        <w:pStyle w:val="ListParagraph"/>
        <w:numPr>
          <w:ilvl w:val="0"/>
          <w:numId w:val="13"/>
        </w:numPr>
      </w:pPr>
      <w:r>
        <w:t>Additional discussion focused on ways the Friends organization can support the department through fundraising, grants, safety programs, community events, and volunteer involvement.</w:t>
      </w:r>
    </w:p>
    <w:p w14:paraId="329E5FAD" w14:textId="6673BEDC" w:rsidR="00232B2F" w:rsidRDefault="00000000">
      <w:pPr>
        <w:spacing w:before="140" w:after="60"/>
      </w:pPr>
      <w:r>
        <w:rPr>
          <w:b/>
          <w:sz w:val="23"/>
        </w:rPr>
        <w:t>Next Meeting</w:t>
      </w:r>
    </w:p>
    <w:p w14:paraId="00C94C3D" w14:textId="77777777" w:rsidR="00232B2F" w:rsidRDefault="00000000">
      <w:r>
        <w:t>The next meeting had originally been scheduled for December 8. Mike Martin recommended that the Board meet sooner, and the next meeting was scheduled for October 6, 2026, at 6:00 PM at the El Rito Firehouse.</w:t>
      </w:r>
    </w:p>
    <w:p w14:paraId="457E7236" w14:textId="39FA0E9C" w:rsidR="00232B2F" w:rsidRDefault="00000000">
      <w:pPr>
        <w:spacing w:before="140" w:after="60"/>
      </w:pPr>
      <w:r>
        <w:rPr>
          <w:b/>
          <w:sz w:val="23"/>
        </w:rPr>
        <w:t>Adjournment</w:t>
      </w:r>
    </w:p>
    <w:p w14:paraId="1EF06859" w14:textId="77777777" w:rsidR="00232B2F" w:rsidRDefault="00000000">
      <w:r>
        <w:t>The meeting was adjourned at 6:48 PM.</w:t>
      </w:r>
    </w:p>
    <w:p w14:paraId="07DFDE66" w14:textId="77777777" w:rsidR="00232B2F" w:rsidRDefault="00232B2F"/>
    <w:p w14:paraId="3263AE25" w14:textId="77777777" w:rsidR="00232B2F" w:rsidRDefault="00000000">
      <w:pPr>
        <w:spacing w:before="160"/>
      </w:pPr>
      <w:r>
        <w:rPr>
          <w:b/>
        </w:rPr>
        <w:t>Respectfully submitted,</w:t>
      </w:r>
      <w:r>
        <w:rPr>
          <w:b/>
        </w:rPr>
        <w:br/>
      </w:r>
      <w:r>
        <w:t>Diana Jaffee, Secretary</w:t>
      </w:r>
    </w:p>
    <w:sectPr w:rsidR="00232B2F" w:rsidSect="00034616">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B123E5" w14:textId="77777777" w:rsidR="002F78F5" w:rsidRDefault="002F78F5">
      <w:pPr>
        <w:spacing w:after="0" w:line="240" w:lineRule="auto"/>
      </w:pPr>
      <w:r>
        <w:separator/>
      </w:r>
    </w:p>
  </w:endnote>
  <w:endnote w:type="continuationSeparator" w:id="0">
    <w:p w14:paraId="71F4D2D3" w14:textId="77777777" w:rsidR="002F78F5" w:rsidRDefault="002F7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EF093" w14:textId="77777777" w:rsidR="00232B2F" w:rsidRDefault="00000000">
    <w:pPr>
      <w:pStyle w:val="Footer"/>
      <w:jc w:val="center"/>
    </w:pPr>
    <w:r>
      <w:rPr>
        <w:sz w:val="16"/>
      </w:rPr>
      <w:t>Friends of the El Rito Volunteer Fire Department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E0B558" w14:textId="77777777" w:rsidR="002F78F5" w:rsidRDefault="002F78F5">
      <w:pPr>
        <w:spacing w:after="0" w:line="240" w:lineRule="auto"/>
      </w:pPr>
      <w:r>
        <w:separator/>
      </w:r>
    </w:p>
  </w:footnote>
  <w:footnote w:type="continuationSeparator" w:id="0">
    <w:p w14:paraId="6A29655B" w14:textId="77777777" w:rsidR="002F78F5" w:rsidRDefault="002F78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8F30B7"/>
    <w:multiLevelType w:val="hybridMultilevel"/>
    <w:tmpl w:val="42FAC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3345A7"/>
    <w:multiLevelType w:val="hybridMultilevel"/>
    <w:tmpl w:val="B9940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7806D1"/>
    <w:multiLevelType w:val="hybridMultilevel"/>
    <w:tmpl w:val="435ED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1A2CE9"/>
    <w:multiLevelType w:val="hybridMultilevel"/>
    <w:tmpl w:val="54162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7972207">
    <w:abstractNumId w:val="8"/>
  </w:num>
  <w:num w:numId="2" w16cid:durableId="1797749976">
    <w:abstractNumId w:val="6"/>
  </w:num>
  <w:num w:numId="3" w16cid:durableId="1491485518">
    <w:abstractNumId w:val="5"/>
  </w:num>
  <w:num w:numId="4" w16cid:durableId="711341638">
    <w:abstractNumId w:val="4"/>
  </w:num>
  <w:num w:numId="5" w16cid:durableId="894699242">
    <w:abstractNumId w:val="7"/>
  </w:num>
  <w:num w:numId="6" w16cid:durableId="1787775584">
    <w:abstractNumId w:val="3"/>
  </w:num>
  <w:num w:numId="7" w16cid:durableId="1620184264">
    <w:abstractNumId w:val="2"/>
  </w:num>
  <w:num w:numId="8" w16cid:durableId="1420830120">
    <w:abstractNumId w:val="1"/>
  </w:num>
  <w:num w:numId="9" w16cid:durableId="995450455">
    <w:abstractNumId w:val="0"/>
  </w:num>
  <w:num w:numId="10" w16cid:durableId="347758937">
    <w:abstractNumId w:val="12"/>
  </w:num>
  <w:num w:numId="11" w16cid:durableId="1645741097">
    <w:abstractNumId w:val="11"/>
  </w:num>
  <w:num w:numId="12" w16cid:durableId="2066761045">
    <w:abstractNumId w:val="9"/>
  </w:num>
  <w:num w:numId="13" w16cid:durableId="1067339284">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2868"/>
    <w:rsid w:val="0015074B"/>
    <w:rsid w:val="00232B2F"/>
    <w:rsid w:val="0029639D"/>
    <w:rsid w:val="002F78F5"/>
    <w:rsid w:val="00326F90"/>
    <w:rsid w:val="006D5ED2"/>
    <w:rsid w:val="00894896"/>
    <w:rsid w:val="008E25BF"/>
    <w:rsid w:val="00AA1D8D"/>
    <w:rsid w:val="00B47730"/>
    <w:rsid w:val="00BB143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F7CA96"/>
  <w14:defaultImageDpi w14:val="300"/>
  <w15:docId w15:val="{4F910AAA-B257-594D-ADAB-1FE73CF32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color w:val="4F81BD" w:themeColor="accent1"/>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2</Pages>
  <Words>521</Words>
  <Characters>3183</Characters>
  <Application>Microsoft Office Word</Application>
  <DocSecurity>0</DocSecurity>
  <Lines>57</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Diana Jaffee</cp:lastModifiedBy>
  <cp:revision>3</cp:revision>
  <dcterms:created xsi:type="dcterms:W3CDTF">2013-12-23T23:15:00Z</dcterms:created>
  <dcterms:modified xsi:type="dcterms:W3CDTF">2026-09-30T20:25:00Z</dcterms:modified>
  <cp:category/>
</cp:coreProperties>
</file>